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اليات النطق الى هندسة الخط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بن 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الخط العربي/ الحرف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