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أ.د.نصرت عبد الرحمان/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النظام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