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محمود درويش : خيمةالشعر الفلسطيني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عميش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ألفا للوثائق/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9789931484035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فلسطين/ الشعر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