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petit Larousse illustré 2014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Isabelle Jeuge-Maynart/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Larousse/ </w:t>
            </w:r>
          </w:p>
        </w:tc>
      </w:tr>
      <w:tr>
        <w:trPr>
          <w:trHeight w:val="567"/>
        </w:trPr>
        <w:tc>
          <w:tcPr>
            <w:tcW w:type="dxa" w:w="3000"/>
          </w:tcPr>
          <w:p>
            <w:r>
              <w:t>عدد الصفحات</w:t>
            </w:r>
          </w:p>
        </w:tc>
        <w:tc>
          <w:tcPr>
            <w:tcW w:type="dxa" w:w="7000"/>
          </w:tcPr>
          <w:p>
            <w:r>
              <w:t>2016p.</w:t>
            </w:r>
          </w:p>
        </w:tc>
      </w:tr>
      <w:tr>
        <w:trPr>
          <w:trHeight w:val="567"/>
        </w:trPr>
        <w:tc>
          <w:tcPr>
            <w:tcW w:type="dxa" w:w="3000"/>
          </w:tcPr>
          <w:p>
            <w:r>
              <w:t>القياس</w:t>
            </w:r>
          </w:p>
        </w:tc>
        <w:tc>
          <w:tcPr>
            <w:tcW w:type="dxa" w:w="7000"/>
          </w:tcPr>
          <w:p>
            <w:r>
              <w:t>24*15</w:t>
            </w:r>
          </w:p>
        </w:tc>
      </w:tr>
      <w:tr>
        <w:trPr>
          <w:trHeight w:val="567"/>
        </w:trPr>
        <w:tc>
          <w:tcPr>
            <w:tcW w:type="dxa" w:w="3000"/>
          </w:tcPr>
          <w:p>
            <w:r>
              <w:t>ملاحظات عامة</w:t>
            </w:r>
          </w:p>
        </w:tc>
        <w:tc>
          <w:tcPr>
            <w:tcW w:type="dxa" w:w="7000"/>
          </w:tcPr>
          <w:p>
            <w:r>
              <w:t>lexique, langue française</w:t>
            </w:r>
          </w:p>
        </w:tc>
      </w:tr>
      <w:tr>
        <w:trPr>
          <w:trHeight w:val="567"/>
        </w:trPr>
        <w:tc>
          <w:tcPr>
            <w:tcW w:type="dxa" w:w="3000"/>
          </w:tcPr>
          <w:p>
            <w:r>
              <w:t>الرقم المعياري</w:t>
            </w:r>
          </w:p>
        </w:tc>
        <w:tc>
          <w:tcPr>
            <w:tcW w:type="dxa" w:w="7000"/>
          </w:tcPr>
          <w:p>
            <w:r>
              <w:t>9782035873651</w:t>
            </w:r>
          </w:p>
        </w:tc>
      </w:tr>
    </w:tbl>
    <w:p>
      <w:pPr>
        <w:pStyle w:val="Heading3"/>
      </w:pPr>
      <w:r>
        <w:t>ملخص</w:t>
      </w:r>
    </w:p>
    <w:p>
      <w:r>
        <w:t>A la fois dictionnaire de langue française avec 62.500 noms communs et leurs sens, des locutions et expressions, un mémento de grammaire et les conjugaisons, et dictionnaire encyclopédique avec 28.000 noms propres, des développements sur les grandes notions de culture générale et une chronologie. Avec des cartes, des planches, les drapeaux du monde, des citations et proverbes.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