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العملات الاجنبية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تايه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النقود/ العملات/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