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الفنادق والقرى السياحية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ياسين الكحلى/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658282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ادارة/ السياحة/ الفنادق/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