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TQM والايزو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الجودة/ الايزو iso/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