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صدقي عبد الهادي/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