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نوع : منظور الالتزام التنظ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محمد أحمد المصارو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35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تنوع/ الالتزام التنظ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