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: المداخل - المفاهيم -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عبد المهدي المساعدة/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9789957167554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