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قدرى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قياس الاداء/ تحسين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