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علامات الشهرة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أ.د.ناجي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