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اخلاقيات العمل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خلف السكارنة/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9789957065669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العمل/ ادارة الاعمال/ ادارة الافراد/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