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خدمات الرعاية الصحية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د.صلاح محمود ذياب/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الفكرناشرون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284ص.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9789957077266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الخدمات الصحية/ الرعاية الصحية/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