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ابداعات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القيادة/ الابداع/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