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100 طريقة لزيادة المبيعات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شريف البرغوثي/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المبيعات/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