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هاني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ادارة الموارد البشرية/ التدريب/ الاستقطاب/ تحليل الوظائف/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