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المنظمات : منظور كمي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ماجد عبد المهدي المساعدة/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9789957069490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تنافسية المنظمات/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