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أحمد خير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تنفيد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