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المستشفيات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توفيق نصيرات/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المستشفيات/ الادارة الصحية/ المستشفيات/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