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والازمات والامن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إدوارد 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المخاطر/ الأمن/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