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المبيعات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فلاح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09789957122003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