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الوقت في المجتمع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فريد النجار/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658302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الوقت/ المجتمع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