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سرحان/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الشريف مارس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6224000060510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 العربي/ التعليم العالي/ ادارة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