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لوجيست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ليم صاب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8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خزين/ الشراء/ اللوجست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