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الادارة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مصطفى فراج/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ادارة الافراد/ ادارة الموارد البشرية/ القيادة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