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اعمال المكاتب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نجيب الشاويش/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المكاتب/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