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عمليات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عزام حسين خلف إرميلي/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9789957563523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ادارة/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