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منظمات الرعاية الصحية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توفيق نصيرات/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الرعاية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