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داد القيادات الإدارية والمالية في المؤسس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عربية/ القيادات الإدارية/ القياد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