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صول المصرفية والاسواق المالية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جاح عبد العل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1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ارف الاسلامية/ الازم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