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اقتصاديات النقود والبنوك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إبراهيم عبد الرحيم/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التعليم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330291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الائتمان/ التجارة الدولية/ النقود/ محاسبة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