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علم الاقتصاد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السيد محمد أحمد السريتي/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الاداري الاقتصاد/ النظم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