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استباق مقاومة الاقناع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غانم فنجان موسى/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زمزم ناشرون ومؤلفون/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9789957727024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الاقناع/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