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الحاسب في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نور الدين عبد اللطيف/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الادارية/ المحاسبة التحليلية/ المحاسبة الآلية/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