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التعامل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حورس الدولية/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اساليب التعامل/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