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في علم الاحصاء مع 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مراد الدعمة/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spss/ الإحتمالات/ مقاييس التشتت/ الإرتباط/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