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شبكات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فايز مصطفى الحموي/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