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الاعمال في ظل العولمة 2006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نهال فريد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الالكترونية/ منظمات الاعمال/ نظم الاعمال/ تكنولوجيا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