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الجودة والاعتماد الاكاديمي في ظل سياسات العلم والتكنولوجيا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همام عبد الخالق عبد الغفور/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التكنولوجيا/ استراتيجية الجودة/ الإعتماد الأكاديمي/ سياسة العلم/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