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التمكين التنظيمي لتعزيز فاعلية عمليات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موسى قاسم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المعرفة/ التمكين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