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استراتيجيات التدريب والتطوير وفق المنظور البيئي والتنظيمي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كريم نايف العايدي/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9789957563554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التغيير التنظيمي/ التدريب/ التغيير البيئي/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