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محافظ الاسثمار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الاستثمار/ الاستثمارات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