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الاتصالات التسويقية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عبد العظيم أبو النجا/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9789774222313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الانترنيت/ الاعلان/ الاتصالات التسويقية/ الترويج/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