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فهمي خليفة الفهداوي/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