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في الشركات والمؤسسات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جوهر/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9789772122332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الحوكمة/ القيادة/ العمل المؤسسي/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