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المالية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علي أبراهيم العامري/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9789957910525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الادارة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