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باحثين/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الأزمة المالية/ الأزمة العالمية/ تحديات المستقبل/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