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الاستراتيجية في القرن الحادي والعشرين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الباري إبراهيم درة/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9789957911003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الادارة/ التخطيط الاداري/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