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الحديثة لمشاركة القطاع الخاص في تنفيذ مرافق البنية التحتية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أبوبكر أحمد عثمان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9789957327965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الخاص/ عقد bot/ عقد الشراكة/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